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מַר חֶשְׁוָן – חוֹגְגִים בְּעַצְמֵנוּ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ואת הכינוי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שאפשר לשמוח ולחגוג גם בלי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תודה ושמחה על דברים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יום הולדת של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 היום עשה ה' נגילה ונשמחה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לומר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ליצור רגע שמח גם בלי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בחודש חשוון אין חגים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דוגמה לחגיגה קטנה בלי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ליצור רגעי שמחה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פסוק מתהלים קיח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ואפילו כדאי לומר תודה בכל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שאומרים למי שעזר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 לחגוג אותו גם בלי חג רשמי)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(ספר שבו כתוב הפסוק נגילה ונשמחה)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(הרגשה טובה שאפשר ליצור בעצמנו)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אירוע חיובי אישי ומסביר בקצרה מדוע הוא משמח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שמביע תודה לאדם מסוים ומציין על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לחודש חשוון כי אין בו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יום הולדת של חבר או הצלחה בקריאת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מה חגגתם השבוע בעצמכם?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הפסוק מתהלים בקול ולדבר על משמעותו הפשוטה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כל ילד לשתף משהו קטן ואישי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מַר חֶשְׁוָן – חוֹגְגִים בְּעַצְמֵנוּ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חודש חשוון הוא חודש בלי חגים, ולכן יש שקוראים לו מר חשוון. בדף הזה נלמד שאפשר ליצור רגעים של שמחה ותודה גם בלי חג מיוחד.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לחודש שאין בו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קוראים לחודש חשוון "מר חשוון"?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עצוב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דבר אפשר לחגוג גם בלי חג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הולדת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בפסוק מתהלים שקראנו?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היום עשה ה' נגילה ונשמחה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 יום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היום הטוב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נגילה ונשמח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כדי לשמח מישהו שעזר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לומר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"לחגוג בעצמנו"?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שיבוא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רגע שמח גם בלי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לעשות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הוא חודש עם הרבה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יום הולדת של חבר או 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טוב הוא סיבה לשמוח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לשמוח בלי חג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"זה היום עשה ה'" לקוח מספר תהלים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לומר תודה רק בימי 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חשוון נקרא גם __________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לחגוג פעם ראשונה שהצלחנו ל__________ ספר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יום טוב הוא __________ לשמוח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 מתהלים אומר: זה היום עשה ה' נגילה ו__________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לומר __________ למי שעזר 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הרגשה טובה שאפשר ליצור בעצמנו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לחגוג אותו גם בלי חג רשמי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שבו כתוב הפסוק נגילה ונשמחה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חודש בלי 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שאומרים למי שעזר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תארו דבר אחד טוב שקרה לכם השבוע, וספרו למה זו "חגיגה קטנה" בשבילכם.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תודה קצר לאדם אחד שעזר לכם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הכינוי "מר חשוון"?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שאפשר לחגוג בלי 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אפשר לומר ___ למי שעזר לנו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מַר חֶשְׁוָן – חוֹגְגִים בְּעַצְמֵנוּ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