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מַר חֶשְׁוָן – חוֹגְגִים בְּעַצְמֵנוּ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חודש חשוון ואת הכינוי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שאפשר לשמוח ולחגוג גם בלי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תודה ושמחה על דברים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יום הולדת של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זה היום עשה ה' נגילה ונשמחה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לומר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ליצור רגע שמח גם בלי 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בחודש חשוון אין חגים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דוגמה לחגיגה קטנה בלי 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ליצור רגעי שמחה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פסוק מתהלים קיח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ואפילו כדאי לומר תודה בכל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שאומרים למי שעזר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 לחגוג אותו גם בלי חג רשמי)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(ספר שבו כתוב הפסוק נגילה ונשמחה)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(הרגשה טובה שאפשר ליצור בעצמנו)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אירוע חיובי אישי ומסביר בקצרה מדוע הוא משמח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שמביע תודה לאדם מסוים ומציין על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כינוי לחודש חשוון כי אין בו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יום הולדת של חבר או הצלחה בקריאת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בשאלה: מה חגגתם השבוע בעצמכם?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הפסוק מתהלים בקול ולדבר על משמעותו הפשוטה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כל ילד לשתף משהו קטן ואישי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מַר חֶשְׁוָן – חוֹגְגִים בְּעַצְמֵנוּ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חֹדֶשׁ חֶשְׁוָן הוּא בְּלִי חַגִּים. נִלְמַד שֶׁאֶפְשָׁר לִשְׂמֹחַ גַּם בְּלִי חַג.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מַר חֶשְׁוָן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כִּנּוּי לְחֹדֶשׁ חֶשְׁוָן, כִּי אֵין בּוֹ חַגִּים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תּוֹדָה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מִלָּה שֶׁאוֹמְרִים לְמִי שֶׁעָזַר לָנוּ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לִשְׂמֹחַ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לְהַרְגִּישׁ שִׂמְחָה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לַחְגֹּג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לַעֲשׂוֹת מַשֶּׁהוּ מְיֻחָד וְשָׂמֵחַ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הַצְלָחָה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כְּשֶׁמַּשֶּׁהוּ יוֹצֵא טוֹב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בְּיַחַד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עִם חֲבֵרִים, לֹא לְבַד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תְּהִלִּים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סֵפֶר בַּתַּנַ״ךְ עִם שִׁירִים וּתְפִלּוֹת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החודש בלי חגים?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לחודש הזה כינוי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עצוב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אפשר לחגוג גם כשאין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הולדת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המשפט מהפסוק?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היום עשה ה' נגילה ונשמחה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היום יום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היום הטוב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נגילה ונשמח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כדי לשמח מי שעזר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לומר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לכעוס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הכוונה לחגוג בעצמנו?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לחכות שיבוא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ליצור רגע שמח גם בלי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לעשות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הוא חודש עם הרבה חגים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יום הולדת של חבר או 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טוב הוא סיבה לשמוח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לשמוח בלי חג רשמי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"זה היום עשה ה'" לקוח מספר תהלים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לומר תודה רק בימי 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חשוון נקרא גם __________ 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לחגוג פעם ראשונה שהצלחנו ל__________ ספר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יום טוב הוא __________ לשמוח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 מתהלים אומר: זה היום עשה ה' נגילה ו__________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לומר __________ למי שעזר לנו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שבו כתוב הפסוק נגילה ונשמחה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אפשר לחגוג אותו גם בלי חג רשמי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שאומרים למי שעזר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תהלים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הרגשה טובה שאפשר ליצור בעצמנו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חודש בלי 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תארו דבר אחד טוב שקרה לכם השבוע, וספרו למה זו "חגיגה קטנה" בשבילכם.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תודה קצר לאדם אחד שעזר לכם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הכינוי "מר חשוון"?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שאפשר לחגוג בלי 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אפשר לומר ___ למי שעזר לנו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מַר חֶשְׁוָן – חוֹגְגִים בְּעַצְמֵנוּ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